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תמונות לעולים – שמות עצם ושמות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ולתרגם מילים בסיסיות מהמילון התמונות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בזכר/נקבה לשם העצם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עם שם עצם ושם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 - מילה ותרגום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(cow)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(dog)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(school bag)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(coat)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מתוקה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כלב נמצא ברשימת בעלי החיים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עפרון הוא כלי כתיבה, לא בגד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השמש היא חלק מהטבע בשמיים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עגבניה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עפרון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תארו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פשוטים עם התאמה נכונה בין זכר/נקבה, שימוש בשם עצם ושם תואר מהדף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מזהה שם עצם ושם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הבנה של זכר/נקבה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תרגום נכון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בכרטיסי התמונות בדף כדי לתרגל הגייה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להתחיל בחלק ההתאמה בלבד ולדלג על החלקים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שימוש בתרגום לשפת האם כדי לחזק 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תמונות לעולים – שמות עצם ושמות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המילים מהמילון התמונות לעולים – בעלי חיים, אוכל, בגדים וטבע – וגם שמות תואר נפוצים בזכר ובנקבה.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כובע  ·  עגבניה  ·  עפרון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התאמה - מילה ותרגום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school bag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cow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coat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dog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בחרו 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תואר מתאים למילה 'פרה'?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תואר מתאים למילה 'עוגיה'?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כלב הוא בעל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עפרון הוא פריט בגד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שמש נמצאת בשמיים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אדומה ומתוקה וגדלה על עץ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הילד שם על הראש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לצייר משתמשים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- תארו 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שתי מילים מהמילון (שם עצם ושם תואר) וכתבו עליהן שני משפטים קצרים, למשל: הכלב קטן ורך.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של בעל חיים ומילה אחת של 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'קטן' ל'קטנה'?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תמונות לעולים – שמות עצם ושמות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