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שמות עצם ושמות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ולתרגם מילים בסיסיות מהמילון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בזכר/נקבה לשם העצם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עם שם עצם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- מילה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(cow)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(dog)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(school bag)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(coat)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(sea)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(sun)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נמצא ברשימת בעלי החיים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עפרון הוא כלי כתיבה, לא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השמש היא חלק מהטבע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דבורה היא חרק, לא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מעיל הוא בגד חם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בננה היא פרי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עגבניה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תארו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עם התאמה נכונה בין זכר/נקבה, שימוש בשם עצם ושם תואר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מילים נכונות עם תרגום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מזהה שם עצם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הבנה של זכר/נקבה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תרגום נכון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התמונות בדף כדי לתרגל הגייה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להתחיל בחלק ההתאמה בלבד ולדלג על החלקים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בתרגום לשפת האם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שמות עצם ושמות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מהמילון התמונות לעולים – בעלי חיים, אוכל, בגדים וטבע – וגם שמות תואר נפוצים בזכר ובנקבה.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- מילה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dog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coat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cow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school bag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sun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sea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תואר מתאים למילה 'פרה'?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תואר מתאים למילה 'כלב'?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תואר מתאים למילה 'עוגיה'?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תואר מתאים למילה 'חתולה'?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תואר מתאים למילה 'שמלה'?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 בלשון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תואר מתאים למילה 'קרח'?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הוא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עפרון הוא פריט בגד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 נמצאת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דבורה היא פרח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מעיל לובשים כשקר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בננה היא ירק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אדומה ומתוקה וגדלה על עץ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קר ויורד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 שם על הראש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לצייר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בים שטה __________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רואים בשמיים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תארו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מילים מהמילון (שם עצם ושם תואר) וכתבו עליהן שני משפטים קצרים, למשל: הכלב קטן ורך.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שלמדתם היום עם התרגום שלהן לשפה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 בעל חיים ומילה אחת של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'קטן' ל'קטנה'?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תרגמו את המילה 'בית' לשפה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תמונות לעולים – שמות עצם ושמות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